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AC" w:rsidRPr="005E7ED5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b w:val="0"/>
          <w:bCs/>
          <w:color w:val="auto"/>
          <w:sz w:val="20"/>
          <w:szCs w:val="20"/>
          <w:lang w:val="pl-PL"/>
        </w:rPr>
        <w:t xml:space="preserve">…………………………………………….. </w:t>
      </w:r>
    </w:p>
    <w:p w:rsidR="00300FAC" w:rsidRPr="005E7ED5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  <w:lang w:val="pl-PL"/>
        </w:rPr>
      </w:pPr>
      <w:r w:rsidRPr="005E7ED5">
        <w:rPr>
          <w:rFonts w:ascii="Lato" w:hAnsi="Lato" w:cs="Lato"/>
          <w:b w:val="0"/>
          <w:bCs/>
          <w:color w:val="auto"/>
          <w:sz w:val="18"/>
          <w:szCs w:val="18"/>
          <w:lang w:val="pl-PL"/>
        </w:rPr>
        <w:t>(pieczęć szkoły)</w:t>
      </w:r>
    </w:p>
    <w:p w:rsidR="00300FAC" w:rsidRPr="005E7ED5" w:rsidRDefault="00300FAC" w:rsidP="00552DFF">
      <w:pPr>
        <w:pStyle w:val="Tytu"/>
        <w:jc w:val="center"/>
        <w:rPr>
          <w:rFonts w:ascii="Lato" w:hAnsi="Lato" w:cs="Lato"/>
          <w:color w:val="auto"/>
          <w:sz w:val="20"/>
          <w:szCs w:val="20"/>
          <w:lang w:val="pl-PL"/>
        </w:rPr>
      </w:pPr>
    </w:p>
    <w:p w:rsidR="00300FAC" w:rsidRPr="005E7ED5" w:rsidRDefault="00300FAC" w:rsidP="00552DFF">
      <w:pPr>
        <w:pStyle w:val="Tytu"/>
        <w:jc w:val="center"/>
        <w:rPr>
          <w:rFonts w:ascii="Lato" w:hAnsi="Lato" w:cs="Lato"/>
          <w:color w:val="auto"/>
          <w:sz w:val="20"/>
          <w:szCs w:val="20"/>
          <w:lang w:val="pl-PL"/>
        </w:rPr>
      </w:pPr>
    </w:p>
    <w:p w:rsidR="00A67B2E" w:rsidRPr="005E7ED5" w:rsidRDefault="00382C8A" w:rsidP="00552DFF">
      <w:pPr>
        <w:pStyle w:val="Tytu"/>
        <w:jc w:val="center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KARTA ZGŁOSZENIA UCZNIA</w:t>
      </w:r>
    </w:p>
    <w:p w:rsidR="00A67B2E" w:rsidRPr="005E7ED5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b/>
          <w:sz w:val="20"/>
          <w:szCs w:val="20"/>
          <w:lang w:val="pl-PL"/>
        </w:rPr>
        <w:t>do Wojewódzkiego Konkursu z .......................................................... (nazwa przedmiotu)</w:t>
      </w:r>
      <w:r w:rsidR="00A14621" w:rsidRPr="005E7ED5">
        <w:rPr>
          <w:rFonts w:ascii="Lato" w:hAnsi="Lato" w:cs="Lato"/>
          <w:b/>
          <w:sz w:val="20"/>
          <w:szCs w:val="20"/>
          <w:lang w:val="pl-PL"/>
        </w:rPr>
        <w:t>*</w:t>
      </w:r>
      <w:r w:rsidRPr="005E7ED5">
        <w:rPr>
          <w:rFonts w:ascii="Lato" w:hAnsi="Lato" w:cs="Lato"/>
          <w:b/>
          <w:sz w:val="20"/>
          <w:szCs w:val="20"/>
          <w:lang w:val="pl-PL"/>
        </w:rPr>
        <w:br/>
        <w:t>dla uczniów klas IV–VIII szkół podstawowych województwa pomorskiego w roku szkolnym 2026/2027</w:t>
      </w:r>
    </w:p>
    <w:p w:rsidR="00A67B2E" w:rsidRPr="005E7ED5" w:rsidRDefault="00382C8A" w:rsidP="00552DFF">
      <w:pPr>
        <w:pStyle w:val="Nagwek1"/>
        <w:spacing w:line="240" w:lineRule="auto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I. Dane uczestnika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Imię (imiona) ucznia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Nazwisko ucznia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Data urodzenia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Miejsce urodzenia (miejscowość; w przypadku urodzenia poza Polską – również kraj)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Klasa w roku szkolnym 2026/2027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:rsidR="00A67B2E" w:rsidRPr="005E7ED5" w:rsidRDefault="00382C8A" w:rsidP="00552DFF">
      <w:pPr>
        <w:pStyle w:val="Nagwek1"/>
        <w:spacing w:line="240" w:lineRule="auto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II. Dane szkoły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Pełna nazwa szkoły podstawowej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 xml:space="preserve">:  </w:t>
      </w:r>
      <w:r w:rsidR="00D620F9" w:rsidRPr="005E7ED5">
        <w:rPr>
          <w:rFonts w:ascii="Lato" w:hAnsi="Lato" w:cs="Lato"/>
          <w:b/>
          <w:sz w:val="20"/>
          <w:szCs w:val="20"/>
          <w:lang w:val="pl-PL"/>
        </w:rPr>
        <w:t>SZKOŁA PODSTAWOWA NR 23 IM DZIECI ŚWIATA</w:t>
      </w:r>
      <w:r w:rsidR="00A54EA4" w:rsidRPr="005E7ED5">
        <w:rPr>
          <w:rFonts w:ascii="Lato" w:hAnsi="Lato" w:cs="Lato"/>
          <w:b/>
          <w:sz w:val="20"/>
          <w:szCs w:val="20"/>
          <w:lang w:val="pl-PL"/>
        </w:rPr>
        <w:t xml:space="preserve"> W GDAŃSKU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Ulica i numer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 xml:space="preserve">:  </w:t>
      </w:r>
      <w:r w:rsidR="00D620F9" w:rsidRPr="005E7ED5">
        <w:rPr>
          <w:rFonts w:ascii="Lato" w:hAnsi="Lato" w:cs="Lato"/>
          <w:sz w:val="20"/>
          <w:szCs w:val="20"/>
          <w:lang w:val="pl-PL"/>
        </w:rPr>
        <w:t>OPACKA 7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Miejscowość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 xml:space="preserve">: </w:t>
      </w:r>
      <w:r w:rsidR="00D620F9" w:rsidRPr="005E7ED5">
        <w:rPr>
          <w:rFonts w:ascii="Lato" w:hAnsi="Lato" w:cs="Lato"/>
          <w:sz w:val="20"/>
          <w:szCs w:val="20"/>
          <w:lang w:val="pl-PL"/>
        </w:rPr>
        <w:t>80-330</w:t>
      </w:r>
      <w:r w:rsidRPr="005E7ED5">
        <w:rPr>
          <w:rFonts w:ascii="Lato" w:hAnsi="Lato" w:cs="Lato"/>
          <w:sz w:val="20"/>
          <w:szCs w:val="20"/>
          <w:lang w:val="pl-PL"/>
        </w:rPr>
        <w:t xml:space="preserve"> </w:t>
      </w:r>
      <w:r w:rsidR="00A54EA4" w:rsidRPr="005E7ED5">
        <w:rPr>
          <w:rFonts w:ascii="Lato" w:hAnsi="Lato" w:cs="Lato"/>
          <w:sz w:val="20"/>
          <w:szCs w:val="20"/>
          <w:lang w:val="pl-PL"/>
        </w:rPr>
        <w:t>GDAŃSK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Gmina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 xml:space="preserve">:  </w:t>
      </w:r>
      <w:r w:rsidR="00A54EA4" w:rsidRPr="005E7ED5">
        <w:rPr>
          <w:rFonts w:ascii="Lato" w:hAnsi="Lato" w:cs="Lato"/>
          <w:sz w:val="20"/>
          <w:szCs w:val="20"/>
          <w:lang w:val="pl-PL"/>
        </w:rPr>
        <w:t>GDAŃSK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Powiat</w:t>
      </w:r>
      <w:r w:rsidR="00A14621" w:rsidRPr="005E7ED5">
        <w:rPr>
          <w:rFonts w:ascii="Lato" w:hAnsi="Lato" w:cs="Lato"/>
          <w:sz w:val="20"/>
          <w:szCs w:val="20"/>
          <w:lang w:val="pl-PL"/>
        </w:rPr>
        <w:t>*</w:t>
      </w:r>
      <w:r w:rsidRPr="005E7ED5">
        <w:rPr>
          <w:rFonts w:ascii="Lato" w:hAnsi="Lato" w:cs="Lato"/>
          <w:sz w:val="20"/>
          <w:szCs w:val="20"/>
          <w:lang w:val="pl-PL"/>
        </w:rPr>
        <w:t xml:space="preserve">:  </w:t>
      </w:r>
      <w:r w:rsidR="00A54EA4" w:rsidRPr="005E7ED5">
        <w:rPr>
          <w:rFonts w:ascii="Lato" w:hAnsi="Lato" w:cs="Lato"/>
          <w:sz w:val="20"/>
          <w:szCs w:val="20"/>
          <w:lang w:val="pl-PL"/>
        </w:rPr>
        <w:t>GDAŃSK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Potwierdzam prawidłowość powyższych danych.</w:t>
      </w:r>
      <w:r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18"/>
          <w:szCs w:val="18"/>
          <w:lang w:val="pl-PL"/>
        </w:rPr>
        <w:t>data, podpis i pieczęć dyrektora szkoły</w:t>
      </w:r>
    </w:p>
    <w:p w:rsidR="00A67B2E" w:rsidRPr="005E7ED5" w:rsidRDefault="00382C8A" w:rsidP="00552DFF">
      <w:pPr>
        <w:pStyle w:val="Nagwek1"/>
        <w:spacing w:line="240" w:lineRule="auto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III. Dostosowanie warunków Konkursu</w:t>
      </w:r>
      <w:r w:rsidR="00A14621" w:rsidRPr="005E7ED5">
        <w:rPr>
          <w:rFonts w:ascii="Lato" w:hAnsi="Lato" w:cs="Lato"/>
          <w:color w:val="auto"/>
          <w:sz w:val="20"/>
          <w:szCs w:val="20"/>
          <w:lang w:val="pl-PL"/>
        </w:rPr>
        <w:t>**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5E7ED5">
        <w:rPr>
          <w:rFonts w:ascii="Lato" w:hAnsi="Lato" w:cs="Lato"/>
          <w:sz w:val="20"/>
          <w:szCs w:val="20"/>
          <w:lang w:val="pl-PL"/>
        </w:rPr>
        <w:t xml:space="preserve"> Składam wniosek o dostosowanie warunków przeprowadzenia Konkursu do potrzeb uczestnika.</w:t>
      </w:r>
      <w:r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5E7ED5">
        <w:rPr>
          <w:rFonts w:ascii="Lato" w:hAnsi="Lato" w:cs="Lato"/>
          <w:sz w:val="20"/>
          <w:szCs w:val="20"/>
          <w:lang w:val="pl-PL"/>
        </w:rPr>
        <w:t xml:space="preserve"> Nie składam wniosku o dostosowanie warunków przeprowadzenia Konkursu.</w:t>
      </w:r>
    </w:p>
    <w:p w:rsidR="00A67B2E" w:rsidRPr="005E7ED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Dokumentację potwierdzającą potrzebę dostosowania przedstawia się szkole zgodnie </w:t>
      </w:r>
      <w:r w:rsidR="00A14621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:rsidR="00A67B2E" w:rsidRPr="005E7ED5" w:rsidRDefault="00382C8A" w:rsidP="00552DFF">
      <w:pPr>
        <w:pStyle w:val="Nagwek1"/>
        <w:spacing w:line="240" w:lineRule="auto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IV. Wizerunek – Wojewódzka Gala Wręczenia Zaświadczeń Laureatom</w:t>
      </w:r>
      <w:r w:rsidR="00A14621" w:rsidRPr="005E7ED5">
        <w:rPr>
          <w:rFonts w:ascii="Lato" w:hAnsi="Lato" w:cs="Lato"/>
          <w:color w:val="auto"/>
          <w:sz w:val="20"/>
          <w:szCs w:val="20"/>
          <w:lang w:val="pl-PL"/>
        </w:rPr>
        <w:t>**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5E7ED5">
        <w:rPr>
          <w:rFonts w:ascii="Lato" w:hAnsi="Lato" w:cs="Lato"/>
          <w:sz w:val="20"/>
          <w:szCs w:val="20"/>
          <w:lang w:val="pl-PL"/>
        </w:rPr>
        <w:t xml:space="preserve"> Zezwalam</w:t>
      </w:r>
      <w:r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5E7ED5">
        <w:rPr>
          <w:rFonts w:ascii="Lato" w:hAnsi="Lato" w:cs="Lato"/>
          <w:sz w:val="20"/>
          <w:szCs w:val="20"/>
          <w:lang w:val="pl-PL"/>
        </w:rPr>
        <w:t xml:space="preserve"> Nie zezwalam</w:t>
      </w:r>
    </w:p>
    <w:p w:rsidR="00A67B2E" w:rsidRPr="005E7ED5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 xml:space="preserve">oraz na oficjalnych profilach Kuratorium w serwisach społecznościowych, w celu informowania o wydarzeniu </w:t>
      </w:r>
      <w:r w:rsidR="00352867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>i działalności Kuratorium.Zezwolenie jest dobrowolne. Brak zezwolenia nie wpływa na udział w Konkursie, uzyskanie tytułu ani udział w Gali. Podstawą rozpowszechniania wizerunku jest art. 81 ust. 1 ustawy o prawie autorskim i prawach pokrewnych; zasady przetwarzania danych związanych z publikacją wizerunku określa odrębna informacja Administratora.</w:t>
      </w:r>
    </w:p>
    <w:p w:rsidR="00936BB1" w:rsidRPr="005E7ED5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b/>
          <w:bCs/>
          <w:sz w:val="20"/>
          <w:szCs w:val="20"/>
          <w:lang w:val="pl-PL"/>
        </w:rPr>
        <w:lastRenderedPageBreak/>
        <w:t>V. Imię i nazwisko ucznia – Wojewódzka Gala Wręczenia Zaświadczeń Laureatom</w:t>
      </w:r>
    </w:p>
    <w:p w:rsidR="00936BB1" w:rsidRPr="005E7ED5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5E7ED5">
        <w:rPr>
          <w:rFonts w:ascii="Lato" w:hAnsi="Lato" w:cs="Lato"/>
          <w:sz w:val="20"/>
          <w:szCs w:val="20"/>
          <w:lang w:val="pl-PL"/>
        </w:rPr>
        <w:t> </w:t>
      </w:r>
      <w:r w:rsidRPr="005E7ED5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5E7ED5">
        <w:rPr>
          <w:rFonts w:ascii="Lato" w:hAnsi="Lato" w:cs="Lato"/>
          <w:sz w:val="20"/>
          <w:szCs w:val="20"/>
          <w:lang w:val="pl-PL"/>
        </w:rPr>
        <w:t> </w:t>
      </w:r>
      <w:r w:rsidRPr="005E7ED5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:rsidR="00936BB1" w:rsidRPr="005E7ED5" w:rsidRDefault="00936BB1" w:rsidP="00D620F9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5E7ED5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5E7ED5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D620F9" w:rsidRPr="005E7ED5">
        <w:rPr>
          <w:rFonts w:ascii="Lato" w:hAnsi="Lato" w:cs="Lato"/>
          <w:sz w:val="20"/>
          <w:szCs w:val="20"/>
          <w:lang w:val="pl-PL"/>
        </w:rPr>
        <w:t xml:space="preserve"> </w:t>
      </w:r>
      <w:r w:rsidRPr="005E7ED5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:rsidR="00936BB1" w:rsidRPr="005E7ED5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:rsidR="00936BB1" w:rsidRPr="005E7ED5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:rsidR="00A67B2E" w:rsidRPr="005E7ED5" w:rsidRDefault="00382C8A" w:rsidP="00552DFF">
      <w:pPr>
        <w:pStyle w:val="Nagwek1"/>
        <w:spacing w:line="240" w:lineRule="auto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V</w:t>
      </w:r>
      <w:r w:rsidR="00936BB1" w:rsidRPr="005E7ED5">
        <w:rPr>
          <w:rFonts w:ascii="Lato" w:hAnsi="Lato" w:cs="Lato"/>
          <w:color w:val="auto"/>
          <w:sz w:val="20"/>
          <w:szCs w:val="20"/>
          <w:lang w:val="pl-PL"/>
        </w:rPr>
        <w:t>I</w:t>
      </w:r>
      <w:r w:rsidRPr="005E7ED5">
        <w:rPr>
          <w:rFonts w:ascii="Lato" w:hAnsi="Lato" w:cs="Lato"/>
          <w:color w:val="auto"/>
          <w:sz w:val="20"/>
          <w:szCs w:val="20"/>
          <w:lang w:val="pl-PL"/>
        </w:rPr>
        <w:t>. Oświadczenie rodzica/opiekuna prawnego</w:t>
      </w:r>
    </w:p>
    <w:p w:rsidR="00A67B2E" w:rsidRPr="005E7ED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Oświadczam, że dane podane w Karcie są zgodne ze stanem faktycznym, zapoznałam/em się </w:t>
      </w:r>
      <w:r w:rsidR="00A14621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>z Regulaminem Konkursu oraz otrzymałam/em lub udostępniono mi informacje dotyczące przetwarzania danych osobowych przez właściwego administratora.</w:t>
      </w:r>
    </w:p>
    <w:p w:rsidR="00A67B2E" w:rsidRPr="005E7ED5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18"/>
          <w:szCs w:val="18"/>
          <w:lang w:val="pl-PL"/>
        </w:rPr>
        <w:t>miejscowość, data i podpis rodzica/opiekuna prawnego</w:t>
      </w:r>
    </w:p>
    <w:p w:rsidR="00A67B2E" w:rsidRPr="005E7ED5" w:rsidRDefault="00382C8A" w:rsidP="00552DFF">
      <w:pPr>
        <w:pStyle w:val="Nagwek1"/>
        <w:spacing w:line="240" w:lineRule="auto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VI</w:t>
      </w:r>
      <w:r w:rsidR="00936BB1" w:rsidRPr="005E7ED5">
        <w:rPr>
          <w:rFonts w:ascii="Lato" w:hAnsi="Lato" w:cs="Lato"/>
          <w:color w:val="auto"/>
          <w:sz w:val="20"/>
          <w:szCs w:val="20"/>
          <w:lang w:val="pl-PL"/>
        </w:rPr>
        <w:t>I</w:t>
      </w:r>
      <w:r w:rsidRPr="005E7ED5">
        <w:rPr>
          <w:rFonts w:ascii="Lato" w:hAnsi="Lato" w:cs="Lato"/>
          <w:color w:val="auto"/>
          <w:sz w:val="20"/>
          <w:szCs w:val="20"/>
          <w:lang w:val="pl-PL"/>
        </w:rPr>
        <w:t>. Informacja dotycząca przetwarzania danych na stopniu I – szkolnym</w:t>
      </w:r>
    </w:p>
    <w:p w:rsidR="00A67B2E" w:rsidRPr="005E7ED5" w:rsidRDefault="00382C8A" w:rsidP="00932895">
      <w:pPr>
        <w:spacing w:after="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Administratorem danych osobowych jest szkoła: </w:t>
      </w:r>
      <w:r w:rsidR="00D620F9" w:rsidRPr="005E7ED5">
        <w:rPr>
          <w:rFonts w:ascii="Lato" w:hAnsi="Lato" w:cs="Lato"/>
          <w:sz w:val="20"/>
          <w:szCs w:val="20"/>
          <w:lang w:val="pl-PL"/>
        </w:rPr>
        <w:t>Szkoła Podstawowa nr 23</w:t>
      </w:r>
      <w:r w:rsidR="00932895" w:rsidRPr="005E7ED5">
        <w:rPr>
          <w:rFonts w:ascii="Lato" w:hAnsi="Lato" w:cs="Lato"/>
          <w:sz w:val="20"/>
          <w:szCs w:val="20"/>
          <w:lang w:val="pl-PL"/>
        </w:rPr>
        <w:t xml:space="preserve"> w Gdańsku</w:t>
      </w:r>
    </w:p>
    <w:p w:rsidR="00932895" w:rsidRPr="005E7ED5" w:rsidRDefault="00382C8A" w:rsidP="00932895">
      <w:pPr>
        <w:spacing w:after="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Dane kontaktowe szkoły: </w:t>
      </w:r>
      <w:r w:rsidR="00D620F9" w:rsidRPr="005E7ED5">
        <w:rPr>
          <w:rFonts w:ascii="Lato" w:hAnsi="Lato" w:cs="Lato"/>
          <w:sz w:val="20"/>
          <w:szCs w:val="20"/>
          <w:lang w:val="pl-PL"/>
        </w:rPr>
        <w:t>80-330</w:t>
      </w:r>
      <w:r w:rsidR="00932895" w:rsidRPr="005E7ED5">
        <w:rPr>
          <w:rFonts w:ascii="Lato" w:hAnsi="Lato" w:cs="Lato"/>
          <w:sz w:val="20"/>
          <w:szCs w:val="20"/>
          <w:lang w:val="pl-PL"/>
        </w:rPr>
        <w:t xml:space="preserve"> Gdańsk, ul. </w:t>
      </w:r>
      <w:r w:rsidR="00D620F9" w:rsidRPr="005E7ED5">
        <w:rPr>
          <w:rFonts w:ascii="Lato" w:hAnsi="Lato" w:cs="Lato"/>
          <w:sz w:val="20"/>
          <w:szCs w:val="20"/>
          <w:lang w:val="pl-PL"/>
        </w:rPr>
        <w:t xml:space="preserve">Opacka 7; Telefon: (58) </w:t>
      </w:r>
      <w:r w:rsidR="00D620F9" w:rsidRPr="005E7ED5">
        <w:t>552-17-77</w:t>
      </w:r>
      <w:r w:rsidR="00932895" w:rsidRPr="005E7ED5">
        <w:rPr>
          <w:rFonts w:ascii="Lato" w:hAnsi="Lato" w:cs="Lato"/>
          <w:sz w:val="20"/>
          <w:szCs w:val="20"/>
          <w:lang w:val="pl-PL"/>
        </w:rPr>
        <w:t>;</w:t>
      </w:r>
    </w:p>
    <w:p w:rsidR="00A67B2E" w:rsidRPr="005E7ED5" w:rsidRDefault="00D620F9" w:rsidP="00D620F9">
      <w:pPr>
        <w:spacing w:after="12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email: sekretariat@sp23</w:t>
      </w:r>
      <w:r w:rsidR="00932895" w:rsidRPr="005E7ED5">
        <w:rPr>
          <w:rFonts w:ascii="Lato" w:hAnsi="Lato" w:cs="Lato"/>
          <w:sz w:val="20"/>
          <w:szCs w:val="20"/>
          <w:lang w:val="pl-PL"/>
        </w:rPr>
        <w:t>.edu.gdansk.pl</w:t>
      </w:r>
    </w:p>
    <w:p w:rsidR="00A67B2E" w:rsidRPr="005E7ED5" w:rsidRDefault="00382C8A" w:rsidP="00932895">
      <w:pP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Kontakt do IOD szkoły: </w:t>
      </w:r>
      <w:r w:rsidR="00D620F9" w:rsidRPr="005E7ED5">
        <w:t>Pan Adam Korzuch, mail: korzuch@infoic.pl</w:t>
      </w:r>
    </w:p>
    <w:p w:rsidR="00A67B2E" w:rsidRPr="005E7ED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>Dane są przetwarzane w celu organizacji i przeprowadzenia stopnia I – szkolnego Konkursu, ustalenia wyników i sporządzenia dokumentacji.</w:t>
      </w:r>
      <w:r w:rsidR="00D63C7B" w:rsidRPr="005E7ED5">
        <w:rPr>
          <w:rFonts w:ascii="Lato" w:hAnsi="Lato" w:cs="Lato"/>
          <w:sz w:val="20"/>
          <w:szCs w:val="20"/>
          <w:lang w:val="pl-PL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5E7ED5">
        <w:rPr>
          <w:rFonts w:ascii="Lato" w:hAnsi="Lato" w:cs="Lato"/>
          <w:sz w:val="20"/>
          <w:szCs w:val="20"/>
          <w:lang w:val="pl-PL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>II – rejonowego oraz dalszej organizacji Konkursu. W zakresie tych danych administratorem jest Pomorski Kurator Oświaty.Dane będą przechowywane przez okres wynikający z Regulaminu oraz przepisów kancelaryjno-archiwalnych i JRWA właściwego administratora. Osobie przysługują, na zasadach określonych</w:t>
      </w:r>
      <w:r w:rsidR="00411193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 xml:space="preserve">w RODO, m.in. prawa dostępu, sprostowania, ograniczenia przetwarzania oraz wniesienia skargi </w:t>
      </w:r>
      <w:r w:rsidR="00A14621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>do Prezesa UODO.</w:t>
      </w:r>
    </w:p>
    <w:p w:rsidR="00A67B2E" w:rsidRPr="005E7ED5" w:rsidRDefault="00382C8A" w:rsidP="00552DFF">
      <w:pPr>
        <w:pStyle w:val="Nagwek1"/>
        <w:spacing w:line="240" w:lineRule="auto"/>
        <w:rPr>
          <w:rFonts w:ascii="Lato" w:hAnsi="Lato" w:cs="Lato"/>
          <w:color w:val="auto"/>
          <w:sz w:val="20"/>
          <w:szCs w:val="20"/>
          <w:lang w:val="pl-PL"/>
        </w:rPr>
      </w:pPr>
      <w:r w:rsidRPr="005E7ED5">
        <w:rPr>
          <w:rFonts w:ascii="Lato" w:hAnsi="Lato" w:cs="Lato"/>
          <w:color w:val="auto"/>
          <w:sz w:val="20"/>
          <w:szCs w:val="20"/>
          <w:lang w:val="pl-PL"/>
        </w:rPr>
        <w:t>VII</w:t>
      </w:r>
      <w:r w:rsidR="00936BB1" w:rsidRPr="005E7ED5">
        <w:rPr>
          <w:rFonts w:ascii="Lato" w:hAnsi="Lato" w:cs="Lato"/>
          <w:color w:val="auto"/>
          <w:sz w:val="20"/>
          <w:szCs w:val="20"/>
          <w:lang w:val="pl-PL"/>
        </w:rPr>
        <w:t>I</w:t>
      </w:r>
      <w:r w:rsidRPr="005E7ED5">
        <w:rPr>
          <w:rFonts w:ascii="Lato" w:hAnsi="Lato" w:cs="Lato"/>
          <w:color w:val="auto"/>
          <w:sz w:val="20"/>
          <w:szCs w:val="20"/>
          <w:lang w:val="pl-PL"/>
        </w:rPr>
        <w:t>. Informacja o dalszym przetwarzaniu danych przez Pomorskiego Kuratora Oświaty</w:t>
      </w:r>
    </w:p>
    <w:p w:rsidR="00A67B2E" w:rsidRPr="005E7ED5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Jeżeli dokumentacja uczestnika zostanie przekazana przez SKK do właściwej RKK zgodnie </w:t>
      </w:r>
      <w:r w:rsidR="00A14621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 w:rsidRPr="005E7ED5">
        <w:rPr>
          <w:rFonts w:ascii="Lato" w:hAnsi="Lato" w:cs="Lato"/>
          <w:sz w:val="20"/>
          <w:szCs w:val="20"/>
          <w:lang w:val="pl-PL"/>
        </w:rPr>
        <w:br/>
      </w:r>
      <w:r w:rsidRPr="005E7ED5">
        <w:rPr>
          <w:rFonts w:ascii="Lato" w:hAnsi="Lato" w:cs="Lato"/>
          <w:sz w:val="20"/>
          <w:szCs w:val="20"/>
          <w:lang w:val="pl-PL"/>
        </w:rPr>
        <w:t>nie wymaga podpisania.</w:t>
      </w:r>
    </w:p>
    <w:p w:rsidR="00A14621" w:rsidRPr="005E7ED5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</w:p>
    <w:p w:rsidR="00A14621" w:rsidRPr="005E7ED5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5E7ED5">
        <w:rPr>
          <w:rFonts w:ascii="Lato" w:hAnsi="Lato" w:cs="Lato"/>
          <w:sz w:val="20"/>
          <w:szCs w:val="20"/>
          <w:lang w:val="pl-PL"/>
        </w:rPr>
        <w:t xml:space="preserve">* </w:t>
      </w:r>
      <w:r w:rsidRPr="005E7ED5">
        <w:rPr>
          <w:rFonts w:ascii="Lato" w:hAnsi="Lato" w:cs="Lato"/>
          <w:b/>
          <w:sz w:val="20"/>
          <w:szCs w:val="20"/>
          <w:lang w:val="pl-PL"/>
        </w:rPr>
        <w:t>wypełnić komputerowo / pisemnie drukowanymi literami;</w:t>
      </w:r>
      <w:r w:rsidRPr="005E7ED5">
        <w:rPr>
          <w:rFonts w:ascii="Lato" w:hAnsi="Lato" w:cs="Lato"/>
          <w:sz w:val="20"/>
          <w:szCs w:val="20"/>
          <w:lang w:val="pl-PL"/>
        </w:rPr>
        <w:t xml:space="preserve">  ** zaznacz jedną odpowiedź</w:t>
      </w:r>
    </w:p>
    <w:sectPr w:rsidR="00A14621" w:rsidRPr="005E7ED5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0EB" w:rsidRDefault="002220EB">
      <w:pPr>
        <w:spacing w:after="0" w:line="240" w:lineRule="auto"/>
      </w:pPr>
      <w:r>
        <w:separator/>
      </w:r>
    </w:p>
  </w:endnote>
  <w:endnote w:type="continuationSeparator" w:id="1">
    <w:p w:rsidR="002220EB" w:rsidRDefault="0022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2E" w:rsidRDefault="00382C8A">
    <w:pPr>
      <w:pStyle w:val="Stopka"/>
      <w:jc w:val="center"/>
    </w:pPr>
    <w:r>
      <w:rPr>
        <w:sz w:val="16"/>
      </w:rPr>
      <w:t>Pakiet RODO – konkursyprzedmiotowe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0EB" w:rsidRDefault="002220EB">
      <w:pPr>
        <w:spacing w:after="0" w:line="240" w:lineRule="auto"/>
      </w:pPr>
      <w:r>
        <w:separator/>
      </w:r>
    </w:p>
  </w:footnote>
  <w:footnote w:type="continuationSeparator" w:id="1">
    <w:p w:rsidR="002220EB" w:rsidRDefault="00222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WojewódzkiegoKonkursu z……. </w:t>
    </w:r>
  </w:p>
  <w:p w:rsidR="00300FAC" w:rsidRDefault="00300FAC">
    <w:pPr>
      <w:pStyle w:val="Nagwek"/>
    </w:pPr>
  </w:p>
  <w:p w:rsidR="00300FAC" w:rsidRDefault="00300FA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C7D0D7C"/>
    <w:multiLevelType w:val="multilevel"/>
    <w:tmpl w:val="FB8A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06D1C"/>
    <w:rsid w:val="00034616"/>
    <w:rsid w:val="00043C78"/>
    <w:rsid w:val="0006063C"/>
    <w:rsid w:val="00086065"/>
    <w:rsid w:val="000F1AE1"/>
    <w:rsid w:val="0015074B"/>
    <w:rsid w:val="001A4C78"/>
    <w:rsid w:val="002220EB"/>
    <w:rsid w:val="0029639D"/>
    <w:rsid w:val="002A032A"/>
    <w:rsid w:val="00300FAC"/>
    <w:rsid w:val="00326F90"/>
    <w:rsid w:val="00352867"/>
    <w:rsid w:val="00382C8A"/>
    <w:rsid w:val="00411193"/>
    <w:rsid w:val="00535C1D"/>
    <w:rsid w:val="00552DFF"/>
    <w:rsid w:val="005E7ED5"/>
    <w:rsid w:val="0069772A"/>
    <w:rsid w:val="0078477F"/>
    <w:rsid w:val="007C575F"/>
    <w:rsid w:val="007C6435"/>
    <w:rsid w:val="00932895"/>
    <w:rsid w:val="00936BB1"/>
    <w:rsid w:val="00A14621"/>
    <w:rsid w:val="00A54EA4"/>
    <w:rsid w:val="00A5762F"/>
    <w:rsid w:val="00A67B2E"/>
    <w:rsid w:val="00A71650"/>
    <w:rsid w:val="00AA1D8D"/>
    <w:rsid w:val="00B2368F"/>
    <w:rsid w:val="00B47730"/>
    <w:rsid w:val="00BE6293"/>
    <w:rsid w:val="00BF64B4"/>
    <w:rsid w:val="00C81A2F"/>
    <w:rsid w:val="00CB0664"/>
    <w:rsid w:val="00D620F9"/>
    <w:rsid w:val="00D63C7B"/>
    <w:rsid w:val="00E56CF4"/>
    <w:rsid w:val="00E65E0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843</Words>
  <Characters>5059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creator>python-docx</dc:creator>
  <dc:description>generated by python-docx</dc:description>
  <cp:lastModifiedBy>Użytkownik systemu Windows</cp:lastModifiedBy>
  <cp:revision>4</cp:revision>
  <cp:lastPrinted>2026-08-27T08:48:00Z</cp:lastPrinted>
  <dcterms:created xsi:type="dcterms:W3CDTF">2026-10-05T20:32:00Z</dcterms:created>
  <dcterms:modified xsi:type="dcterms:W3CDTF">2026-10-05T20:38:00Z</dcterms:modified>
</cp:coreProperties>
</file>